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עש"ן ד"ק – כשקשה לדבר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שלבי מודל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נשימה ודיבור עצמי חיובי בזמן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אפשר לפנות כשקשה לדבר בשפה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מכווצים ומשחררים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(ע)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 שרירים (ש)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(נ)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לעצמי מילים טובות (ד)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(מכווצים ומשחררים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(מדברים אל עצמי בעדינות)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המטרה של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לפנות גם למחנך/ת או ליועצת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בגוף ראשון, למשל: אני לומד/ת, זה בסדר לטעות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ע-ש-נ-ד-ק: עצור, שרירים, נשימה,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מעודד כמו אני לומד/ת, זה בסדר לטעות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מחנך/ת,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שלבי הנשימה והשרירים יחד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רגעים שבהם קשה להם לדבר עברית,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לגרסה עם הפריטים הקלים בלבד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עש"ן ד"ק – כשקשה לדבר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מודל עש"ן ד"ק – שיטה פשוטה שעוזרת להתמודד עם רגעים שקשה לדבר בהם בשפה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מכווצים  ·  עוצרים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בשלב "ע" (עָצוֹר)?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צועקים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בשלב "ש" (שְׁרִירִים)?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מכווצים ומשחררים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קופצים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לאט (נ)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לעצמי מילים טובות (ד)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רגע (ע)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מכווצים ומשחררים שרירים (ש)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מדברים אל עצמי בעדינות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עוצרים 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מכווצים ומשחררים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נושמים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כשקשה לדבר בעברית, קודם כל אנחנו __________ 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השרירים אנחנו __________ ומשחררים את הידיים.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מודל עש"ן ד"ק עוזר כשקשה לדבר בשפה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לפנות רק להורה כשקשה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עידוד שתוכלו להגיד לעצמכם כשקשה לדבר 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השלבים של מודל עש"ן ד"ק?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אומרים לעצמנו בשלב הדיבור העצמי?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עש"ן ד"ק – כשקשה לדבר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