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עש"ן ד"ק – כשקשה לדבר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שלבי מודל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נשימה ודיבור עצמי חיובי בזמן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אפשר לפנות כשקשה לדבר בשפה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מכווצים ומשחררים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"אני לומד/ת, זה בסדר לטעות"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מנסים שוב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(ע)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 שרירים (ש)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(נ)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לעצמי מילים טובות (ד)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מנסים שוב, לאט (ק)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(מכווצים ומשחררים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(נושמים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(מדברים אל עצמי בעדינות)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(מנסים 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המטרה של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אומרים לעצמנו דברים מעודדים, כמו שזה בסדר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לפנות גם למחנך/ת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נשימה איטית מרגיעה את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בגוף ראשון, למשל: אני לומד/ת, זה בסדר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אמיתי ושימוש בשלבים, למשל דיבור מול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ע-ש-נ-ד-ק: עצור, שרירים, נשימה,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מעודד כמו אני לומד/ת, זה בסדר לטעות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מחנך/ת,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שלבי הנשימה והשרירים יחד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רגעים שבהם קשה להם לדבר עברית,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לגרסה עם הפריטים הקלים בלבד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עש"ן ד"ק – כשקשה לדבר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חמישה שלבים קטנים שעוזרים כשקשה לדבר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עָצוֹר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לַעֲצוֹר רֶגַע לִפְנֵי שֶׁמְּדַבְּרִים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שְׁרִירִים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לְכַוֵּץ וּלְשַׁחְרֵר אֶת הַיָּדַיִם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נְשִׁימָה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לִנְשֹׁם לְאַט כְּדֵי לְהֵרָגַע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דִּבּוּר עַצְמִי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לְדַבֵּר אֶל עַצְמִי בְּעֲדִינוּת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קָדִימָה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לְנַסּוֹת שׁוּב, לְאַט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מַמְצָב קָשֶׁה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רֶגַע שֶׁבּוֹ קָשֶׁה לְדַבֵּר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מְבוּגָר שֶׁסּוֹמְכִים עָלָיו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מִישֶׁהוּ שֶׁאֶפְשָׁר לִפְנוֹת אֵלָיו לְעֶזְרָה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הידיים בשלב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מכווצים ומשחררים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נושמים בשלב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את הנשימה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נושמים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נושמים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לעצמנו בשלב הרביעי?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"אני לא מסוגל/ת"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"אני לומד/ת, זה בסדר לטעות"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"אני מפחד/ת מאוד"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"לא אנסה יותר"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מפסיקים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מתעלמים מהקושי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מנסים שוב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ומשחררים שרירים (ש)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(נ)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לעצמי מילים טובות (ד)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שוב, לאט (ק)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(ע)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מדברים אל עצמי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מכווצים ומשחררים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נושמים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כשקשה לדבר בעברית, קודם כל אנחנו __________ 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השרירים אנחנו __________ ומשחררים את הידיים.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הנשימה חשוב לנשום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כשקשה אפשר לפנות ל__________ שסומכים עליו או עליה.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עש"ן ד"ק עוזר כשקשה לדבר בשפה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הדיבור העצמי אומרים לעצמנו דברים לא נעימים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רק להורה כשקשה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לאטית עוזרת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עידוד שתוכלו להגיד לעצמכם כשקשה לדבר 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אחד שבו תוכלו להשתמש במודל עש"ן ד"ק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השלבים של מודל עש"ן ד"ק?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לעצמנו בשלב הדיבור העצמי?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עש"ן ד"ק – כשקשה לדבר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