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מודל עש"ן ד"ק – כשקשה לדבר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שלבי מודל עש"ן ד"ק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נשימה ודיבור עצמי חיובי בזמן 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למי אפשר לפנות כשקשה לדבר בשפה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 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מכווצים ומשחררים 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נושמים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"אני לומד/ת, זה בסדר לטעות"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מנסים שוב לאט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סדר נכון של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רגע (ע)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מכווצים ומשחררים שרירים (ש)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לאט (נ)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לעצמי מילים טובות (ד)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מנסים שוב, לאט (ק)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אות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(עוצרים רגע)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(מכווצים ומשחררים שרירים)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(נושמים 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(מדברים אל עצמי בעדינות)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(מנסים 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מכווצים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המטרה של המודל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אומרים לעצמנו דברים מעודדים, כמו שזה בסדר לטעות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אפשר לפנות גם למחנך/ת או ליועצת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נשימה איטית מרגיעה את הגוף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חיובי בגוף ראשון, למשל: אני לומד/ת, זה בסדר לטעות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אמיתי ושימוש בשלבים, למשל דיבור מול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ע-ש-נ-ד-ק: עצור, שרירים, נשימה, דיבור עצמי, 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מעודד כמו אני לומד/ת, זה בסדר לטעות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מחנך/ת, יועצת או הורה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בפועל את שלבי הנשימה והשרירים יחד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רגעים שבהם קשה להם לדבר עברית, בלי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לגרסה עם הפריטים הקלים בלבד לתלמידים המתקשים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מודל עש"ן ד"ק – כשקשה לדבר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מודל עש"ן ד"ק – שיטה פשוטה שעוזרת להתמודד עם רגעים שקשה לדבר בהם בשפה חדשה.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בשלב "ע" (עָצוֹר)?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רגע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צועקים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מדברים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בשלב "ש" (שְׁרִירִים)?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שותים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מכווצים ומשחררים 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קופצים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עוצמים עיניים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בשלב "נ" (נְשִׁימָה)?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נושמים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את הנשימה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נושמים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נושמים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אומרים בשלב "ד" (דיבור עצמי)?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"אני לא מסוגל/ת"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"אני לומד/ת, זה בסדר לטעות"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"אני מפחד/ת מאוד"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"לא אנסה יותר"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בשלב "ק" (קָדִימָה)?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מפסיקים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מתעלמים מהקושי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מנסים שוב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מדברים מהר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סדר נכון של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לעצמי מילים טובות (ד)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לאט (נ)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מנסים שוב, לאט (ק)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מכווצים ומשחררים שרירים (ש)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רגע (ע)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אות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מכווצים ומשחררים שרירים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עוצרים רגע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מנסים 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נושמים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מדברים אל עצמי בעדינות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כשקשה לדבר בעברית, קודם כל אנחנו __________ רגע.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השרירים אנחנו __________ ומשחררים את הידיים.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הנשימה חשוב לנשום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כשקשה אפשר לפנות ל__________ שסומכים עליו או עליה.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מודל עש"ן ד"ק עוזר כשקשה לדבר בשפה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הדיבור העצמי אומרים לעצמנו דברים לא נעימים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לפנות רק להורה כשקשה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נשימה לאטית עוזרת להירגע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עידוד שתוכלו להגיד לעצמכם כשקשה לדבר עברית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אחד שבו תוכלו להשתמש במודל עש"ן ד"ק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חמשת השלבים של מודל עש"ן ד"ק?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אומרים לעצמנו בשלב הדיבור העצמי?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כשקשה מאוד?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מודל עש"ן ד"ק – כשקשה לדבר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